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518F" w:rsidRPr="00EE12C6" w:rsidRDefault="0049518F" w:rsidP="0049518F">
      <w:pPr>
        <w:spacing w:before="402" w:after="225" w:line="240" w:lineRule="auto"/>
        <w:jc w:val="center"/>
        <w:outlineLvl w:val="0"/>
        <w:rPr>
          <w:rFonts w:ascii="SassoonPrimaryInfant" w:hAnsi="SassoonPrimaryInfant"/>
          <w:color w:val="C00000"/>
        </w:rPr>
      </w:pPr>
      <w:r>
        <w:rPr>
          <w:rFonts w:ascii="SassoonPrimaryInfant" w:eastAsia="Lato" w:hAnsi="SassoonPrimaryInfant" w:cs="Lato"/>
          <w:b/>
          <w:bCs/>
          <w:color w:val="C00000"/>
          <w:sz w:val="60"/>
          <w:szCs w:val="60"/>
        </w:rPr>
        <w:t>Science</w:t>
      </w:r>
    </w:p>
    <w:p w:rsidR="0049518F" w:rsidRDefault="0049518F" w:rsidP="0049518F">
      <w:pPr>
        <w:spacing w:before="402" w:after="402" w:line="240" w:lineRule="auto"/>
        <w:jc w:val="center"/>
        <w:outlineLvl w:val="0"/>
        <w:rPr>
          <w:rFonts w:ascii="SassoonPrimaryInfant" w:eastAsia="Lato" w:hAnsi="SassoonPrimaryInfant" w:cs="Lato"/>
          <w:b/>
          <w:bCs/>
          <w:color w:val="C00000"/>
          <w:sz w:val="60"/>
          <w:szCs w:val="60"/>
        </w:rPr>
      </w:pPr>
      <w:r w:rsidRPr="00EE12C6">
        <w:rPr>
          <w:rFonts w:ascii="SassoonPrimaryInfant" w:eastAsia="Lato" w:hAnsi="SassoonPrimaryInfant" w:cs="Lato"/>
          <w:b/>
          <w:bCs/>
          <w:color w:val="C00000"/>
          <w:sz w:val="60"/>
          <w:szCs w:val="60"/>
        </w:rPr>
        <w:t>Progression of Skills &amp; Knowledge</w:t>
      </w:r>
    </w:p>
    <w:p w:rsidR="00290322" w:rsidRDefault="0049518F" w:rsidP="0049518F">
      <w:pPr>
        <w:spacing w:before="402" w:after="402" w:line="240" w:lineRule="auto"/>
        <w:jc w:val="center"/>
        <w:outlineLvl w:val="0"/>
        <w:rPr>
          <w:noProof/>
        </w:rPr>
      </w:pPr>
      <w:r w:rsidRPr="00EE12C6">
        <w:rPr>
          <w:rFonts w:ascii="SassoonPrimaryInfant" w:eastAsia="Lato" w:hAnsi="SassoonPrimaryInfant" w:cs="Lato"/>
          <w:b/>
          <w:bCs/>
          <w:color w:val="C00000"/>
          <w:sz w:val="60"/>
          <w:szCs w:val="60"/>
        </w:rPr>
        <w:t>Holy Trinity CE Academy</w:t>
      </w:r>
      <w:r>
        <w:rPr>
          <w:noProof/>
        </w:rPr>
        <w:t xml:space="preserve"> </w:t>
      </w:r>
    </w:p>
    <w:p w:rsidR="0049518F" w:rsidRPr="0049518F" w:rsidRDefault="0049518F" w:rsidP="0049518F">
      <w:pPr>
        <w:spacing w:before="402" w:after="402" w:line="240" w:lineRule="auto"/>
        <w:jc w:val="center"/>
        <w:outlineLvl w:val="0"/>
        <w:rPr>
          <w:rFonts w:ascii="SassoonPrimaryInfant" w:eastAsia="Lato" w:hAnsi="SassoonPrimaryInfant" w:cs="Lato"/>
          <w:b/>
          <w:bCs/>
          <w:color w:val="C00000"/>
          <w:sz w:val="60"/>
          <w:szCs w:val="60"/>
        </w:rPr>
      </w:pPr>
      <w:r w:rsidRPr="00EE12C6">
        <w:rPr>
          <w:rFonts w:ascii="SassoonPrimaryInfant" w:hAnsi="SassoonPrimaryInfant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1A466529" wp14:editId="19A39A15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3025775" cy="3011170"/>
            <wp:effectExtent l="0" t="0" r="3175" b="0"/>
            <wp:wrapSquare wrapText="bothSides"/>
            <wp:docPr id="43" name="Picture 4" descr="Logo Pnt 229c">
              <a:extLst xmlns:a="http://schemas.openxmlformats.org/drawingml/2006/main">
                <a:ext uri="{FF2B5EF4-FFF2-40B4-BE49-F238E27FC236}">
                  <a16:creationId xmlns:a16="http://schemas.microsoft.com/office/drawing/2014/main" id="{C5832590-0DAE-4A52-ADF6-108C34699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4" descr="Logo Pnt 229c">
                      <a:extLst>
                        <a:ext uri="{FF2B5EF4-FFF2-40B4-BE49-F238E27FC236}">
                          <a16:creationId xmlns:a16="http://schemas.microsoft.com/office/drawing/2014/main" id="{C5832590-0DAE-4A52-ADF6-108C34699B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" t="1273" r="947" b="1649"/>
                    <a:stretch/>
                  </pic:blipFill>
                  <pic:spPr bwMode="auto">
                    <a:xfrm>
                      <a:off x="0" y="0"/>
                      <a:ext cx="3025775" cy="3011170"/>
                    </a:xfrm>
                    <a:prstGeom prst="ellipse">
                      <a:avLst/>
                    </a:prstGeom>
                    <a:noFill/>
                    <a:ln w="76200" algn="in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322" w:rsidRDefault="00290322"/>
    <w:p w:rsidR="00290322" w:rsidRDefault="00F45294">
      <w:r>
        <w:rPr>
          <w:noProof/>
        </w:rPr>
        <w:lastRenderedPageBreak/>
        <w:drawing>
          <wp:inline distT="0" distB="0" distL="0" distR="0">
            <wp:extent cx="9226550" cy="6140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3.png"/>
                    <pic:cNvPicPr/>
                  </pic:nvPicPr>
                  <pic:blipFill rotWithShape="1">
                    <a:blip r:embed="rId7"/>
                    <a:srcRect b="5932"/>
                    <a:stretch/>
                  </pic:blipFill>
                  <pic:spPr bwMode="auto">
                    <a:xfrm>
                      <a:off x="0" y="0"/>
                      <a:ext cx="9231729" cy="6143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08658" cy="5689600"/>
            <wp:effectExtent l="0" t="0" r="698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4.png"/>
                    <pic:cNvPicPr/>
                  </pic:nvPicPr>
                  <pic:blipFill rotWithShape="1">
                    <a:blip r:embed="rId8"/>
                    <a:srcRect b="5486"/>
                    <a:stretch/>
                  </pic:blipFill>
                  <pic:spPr bwMode="auto">
                    <a:xfrm>
                      <a:off x="0" y="0"/>
                      <a:ext cx="8519313" cy="569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97900" cy="577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5.png"/>
                    <pic:cNvPicPr/>
                  </pic:nvPicPr>
                  <pic:blipFill rotWithShape="1">
                    <a:blip r:embed="rId9"/>
                    <a:srcRect b="5004"/>
                    <a:stretch/>
                  </pic:blipFill>
                  <pic:spPr bwMode="auto">
                    <a:xfrm>
                      <a:off x="0" y="0"/>
                      <a:ext cx="8605228" cy="578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33789" cy="57340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6.png"/>
                    <pic:cNvPicPr/>
                  </pic:nvPicPr>
                  <pic:blipFill rotWithShape="1">
                    <a:blip r:embed="rId10"/>
                    <a:srcRect b="5027"/>
                    <a:stretch/>
                  </pic:blipFill>
                  <pic:spPr bwMode="auto">
                    <a:xfrm>
                      <a:off x="0" y="0"/>
                      <a:ext cx="8545703" cy="574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  <w:r>
        <w:br/>
      </w:r>
    </w:p>
    <w:p w:rsidR="00290322" w:rsidRDefault="00F45294">
      <w:r>
        <w:rPr>
          <w:noProof/>
        </w:rPr>
        <w:drawing>
          <wp:inline distT="0" distB="0" distL="0" distR="0">
            <wp:extent cx="8330946" cy="56324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7.png"/>
                    <pic:cNvPicPr/>
                  </pic:nvPicPr>
                  <pic:blipFill rotWithShape="1">
                    <a:blip r:embed="rId11"/>
                    <a:srcRect b="4438"/>
                    <a:stretch/>
                  </pic:blipFill>
                  <pic:spPr bwMode="auto">
                    <a:xfrm>
                      <a:off x="0" y="0"/>
                      <a:ext cx="8336850" cy="5636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  <w:t>Scientiﬁc knowledge and understanding</w:t>
      </w:r>
      <w:r>
        <w:br/>
      </w:r>
    </w:p>
    <w:p w:rsidR="00290322" w:rsidRDefault="00F45294">
      <w:r>
        <w:rPr>
          <w:noProof/>
        </w:rPr>
        <w:drawing>
          <wp:inline distT="0" distB="0" distL="0" distR="0">
            <wp:extent cx="8293100" cy="5530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8.png"/>
                    <pic:cNvPicPr/>
                  </pic:nvPicPr>
                  <pic:blipFill rotWithShape="1">
                    <a:blip r:embed="rId12"/>
                    <a:srcRect b="5735"/>
                    <a:stretch/>
                  </pic:blipFill>
                  <pic:spPr bwMode="auto">
                    <a:xfrm>
                      <a:off x="0" y="0"/>
                      <a:ext cx="8300786" cy="553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58921" cy="563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9.png"/>
                    <pic:cNvPicPr/>
                  </pic:nvPicPr>
                  <pic:blipFill rotWithShape="1">
                    <a:blip r:embed="rId13"/>
                    <a:srcRect b="6879"/>
                    <a:stretch/>
                  </pic:blipFill>
                  <pic:spPr bwMode="auto">
                    <a:xfrm>
                      <a:off x="0" y="0"/>
                      <a:ext cx="8568426" cy="564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rPr>
          <w:noProof/>
        </w:rPr>
        <w:lastRenderedPageBreak/>
        <w:drawing>
          <wp:inline distT="0" distB="0" distL="0" distR="0">
            <wp:extent cx="9066927" cy="610235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0.png"/>
                    <pic:cNvPicPr/>
                  </pic:nvPicPr>
                  <pic:blipFill rotWithShape="1">
                    <a:blip r:embed="rId14"/>
                    <a:srcRect b="4871"/>
                    <a:stretch/>
                  </pic:blipFill>
                  <pic:spPr bwMode="auto">
                    <a:xfrm>
                      <a:off x="0" y="0"/>
                      <a:ext cx="9080599" cy="611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46355" cy="577850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1.png"/>
                    <pic:cNvPicPr/>
                  </pic:nvPicPr>
                  <pic:blipFill rotWithShape="1">
                    <a:blip r:embed="rId15"/>
                    <a:srcRect b="4432"/>
                    <a:stretch/>
                  </pic:blipFill>
                  <pic:spPr bwMode="auto">
                    <a:xfrm>
                      <a:off x="0" y="0"/>
                      <a:ext cx="8558300" cy="578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  <w:t>Factors affecting energy</w:t>
      </w:r>
      <w:r>
        <w:br/>
      </w:r>
    </w:p>
    <w:p w:rsidR="00290322" w:rsidRDefault="00F45294">
      <w:r>
        <w:rPr>
          <w:noProof/>
        </w:rPr>
        <w:drawing>
          <wp:inline distT="0" distB="0" distL="0" distR="0">
            <wp:extent cx="8356078" cy="5499100"/>
            <wp:effectExtent l="0" t="0" r="698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2.png"/>
                    <pic:cNvPicPr/>
                  </pic:nvPicPr>
                  <pic:blipFill rotWithShape="1">
                    <a:blip r:embed="rId16"/>
                    <a:srcRect b="6982"/>
                    <a:stretch/>
                  </pic:blipFill>
                  <pic:spPr bwMode="auto">
                    <a:xfrm>
                      <a:off x="0" y="0"/>
                      <a:ext cx="8365856" cy="55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58921" cy="5753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3.png"/>
                    <pic:cNvPicPr/>
                  </pic:nvPicPr>
                  <pic:blipFill rotWithShape="1">
                    <a:blip r:embed="rId17"/>
                    <a:srcRect b="4992"/>
                    <a:stretch/>
                  </pic:blipFill>
                  <pic:spPr bwMode="auto">
                    <a:xfrm>
                      <a:off x="0" y="0"/>
                      <a:ext cx="8573653" cy="576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  <w:r>
        <w:br/>
      </w:r>
    </w:p>
    <w:p w:rsidR="00290322" w:rsidRDefault="00F45294">
      <w:r>
        <w:rPr>
          <w:noProof/>
        </w:rPr>
        <w:drawing>
          <wp:inline distT="0" distB="0" distL="0" distR="0">
            <wp:extent cx="8318380" cy="55689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4.png"/>
                    <pic:cNvPicPr/>
                  </pic:nvPicPr>
                  <pic:blipFill rotWithShape="1">
                    <a:blip r:embed="rId18"/>
                    <a:srcRect b="5373"/>
                    <a:stretch/>
                  </pic:blipFill>
                  <pic:spPr bwMode="auto">
                    <a:xfrm>
                      <a:off x="0" y="0"/>
                      <a:ext cx="8330892" cy="557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rPr>
          <w:noProof/>
        </w:rPr>
        <w:lastRenderedPageBreak/>
        <w:drawing>
          <wp:inline distT="0" distB="0" distL="0" distR="0">
            <wp:extent cx="9118600" cy="60960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5.png"/>
                    <pic:cNvPicPr/>
                  </pic:nvPicPr>
                  <pic:blipFill rotWithShape="1">
                    <a:blip r:embed="rId19"/>
                    <a:srcRect b="5507"/>
                    <a:stretch/>
                  </pic:blipFill>
                  <pic:spPr bwMode="auto">
                    <a:xfrm>
                      <a:off x="0" y="0"/>
                      <a:ext cx="9133260" cy="6105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  <w:r>
        <w:br/>
      </w:r>
    </w:p>
    <w:p w:rsidR="00290322" w:rsidRDefault="00F45294">
      <w:r>
        <w:rPr>
          <w:noProof/>
        </w:rPr>
        <w:drawing>
          <wp:inline distT="0" distB="0" distL="0" distR="0">
            <wp:extent cx="8597514" cy="582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6.png"/>
                    <pic:cNvPicPr/>
                  </pic:nvPicPr>
                  <pic:blipFill rotWithShape="1">
                    <a:blip r:embed="rId20"/>
                    <a:srcRect b="4165"/>
                    <a:stretch/>
                  </pic:blipFill>
                  <pic:spPr bwMode="auto">
                    <a:xfrm>
                      <a:off x="0" y="0"/>
                      <a:ext cx="8597900" cy="582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lastRenderedPageBreak/>
        <w:br/>
      </w:r>
    </w:p>
    <w:p w:rsidR="00290322" w:rsidRDefault="00F45294">
      <w:r>
        <w:rPr>
          <w:noProof/>
        </w:rPr>
        <w:drawing>
          <wp:inline distT="0" distB="0" distL="0" distR="0">
            <wp:extent cx="8546355" cy="568325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7.png"/>
                    <pic:cNvPicPr/>
                  </pic:nvPicPr>
                  <pic:blipFill rotWithShape="1">
                    <a:blip r:embed="rId21"/>
                    <a:srcRect b="6008"/>
                    <a:stretch/>
                  </pic:blipFill>
                  <pic:spPr bwMode="auto">
                    <a:xfrm>
                      <a:off x="0" y="0"/>
                      <a:ext cx="8579047" cy="570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  <w:r>
        <w:rPr>
          <w:noProof/>
        </w:rPr>
        <w:drawing>
          <wp:inline distT="0" distB="0" distL="0" distR="0">
            <wp:extent cx="8952938" cy="6019800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8.png"/>
                    <pic:cNvPicPr/>
                  </pic:nvPicPr>
                  <pic:blipFill rotWithShape="1">
                    <a:blip r:embed="rId22"/>
                    <a:srcRect b="4963"/>
                    <a:stretch/>
                  </pic:blipFill>
                  <pic:spPr bwMode="auto">
                    <a:xfrm>
                      <a:off x="0" y="0"/>
                      <a:ext cx="8968831" cy="6030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lastRenderedPageBreak/>
        <w:br/>
      </w:r>
      <w:r>
        <w:rPr>
          <w:noProof/>
        </w:rPr>
        <w:drawing>
          <wp:inline distT="0" distB="0" distL="0" distR="0">
            <wp:extent cx="9016365" cy="60134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19.png"/>
                    <pic:cNvPicPr/>
                  </pic:nvPicPr>
                  <pic:blipFill rotWithShape="1">
                    <a:blip r:embed="rId23"/>
                    <a:srcRect b="5730"/>
                    <a:stretch/>
                  </pic:blipFill>
                  <pic:spPr bwMode="auto">
                    <a:xfrm>
                      <a:off x="0" y="0"/>
                      <a:ext cx="9030860" cy="6023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</w:p>
    <w:p w:rsidR="00290322" w:rsidRDefault="00F45294">
      <w:r>
        <w:rPr>
          <w:noProof/>
        </w:rPr>
        <w:lastRenderedPageBreak/>
        <w:drawing>
          <wp:inline distT="0" distB="0" distL="0" distR="0">
            <wp:extent cx="9172574" cy="59372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landscape_20.png"/>
                    <pic:cNvPicPr/>
                  </pic:nvPicPr>
                  <pic:blipFill rotWithShape="1">
                    <a:blip r:embed="rId24"/>
                    <a:srcRect b="8510"/>
                    <a:stretch/>
                  </pic:blipFill>
                  <pic:spPr bwMode="auto">
                    <a:xfrm>
                      <a:off x="0" y="0"/>
                      <a:ext cx="9183719" cy="594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322" w:rsidRDefault="00F45294">
      <w:r>
        <w:br w:type="page"/>
      </w:r>
      <w:bookmarkStart w:id="0" w:name="_GoBack"/>
      <w:bookmarkEnd w:id="0"/>
    </w:p>
    <w:p w:rsidR="00290322" w:rsidRDefault="00F45294">
      <w:r>
        <w:lastRenderedPageBreak/>
        <w:br/>
      </w:r>
    </w:p>
    <w:p w:rsidR="00290322" w:rsidRDefault="00290322"/>
    <w:sectPr w:rsidR="00290322" w:rsidSect="0003461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assoonPrimaryInfan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Lato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4B5E"/>
    <w:rsid w:val="0006063C"/>
    <w:rsid w:val="0015074B"/>
    <w:rsid w:val="00290322"/>
    <w:rsid w:val="0029639D"/>
    <w:rsid w:val="00326F90"/>
    <w:rsid w:val="0049518F"/>
    <w:rsid w:val="00897398"/>
    <w:rsid w:val="00AA1D8D"/>
    <w:rsid w:val="00B47730"/>
    <w:rsid w:val="00CB0664"/>
    <w:rsid w:val="00F4529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E490A6B5-9B45-49DA-982C-EEB149D94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693F"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1A5F49-A282-48FA-8659-3F1C202A7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35</Words>
  <Characters>200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Richard Swan</cp:lastModifiedBy>
  <cp:revision>2</cp:revision>
  <dcterms:created xsi:type="dcterms:W3CDTF">2026-05-19T08:39:00Z</dcterms:created>
  <dcterms:modified xsi:type="dcterms:W3CDTF">2026-05-19T08:39:00Z</dcterms:modified>
  <cp:category/>
</cp:coreProperties>
</file>